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נפוצות ואת התפקיד שהן ממלאות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משפטים (סיבה, תוצאה, ניגוד, תוספת,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ולתקן משפטים בעזרת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מהי מילת הקישור?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לסיכום מופיע בדרך כלל בסוף כדי לסכם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מראה למה משהו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קישור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(תוספת)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הפסקה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 יום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רצינו לטייל.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לקחנו הרבה 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הדרך הייתה קשה.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חיבור הפסקה בעזרת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תיבדק לפי: שימוש נכון בלפחות שלוש מילות קישור שונות, שמירה על רצף הגיוני של הסיפור, ושפה ברורה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 (כי), תוצאה מראה מה קרה בעקבותיו (לכן)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מקובלות: אבל, למרות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מילות קישור עוזרות לקורא להבין את הקשר בין הרעיונות ולהפוך את הטקסט לברור וקולח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קטע הכיתה ולסמן יחד את מילות הקישור שמופיעות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להצדיק את הבחירה שלהם בכל תרגיל השלמה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להקריא את הפסקה המתוקנת ולבדוק יחד אם הקשרים ברורים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הן מילים שמחברות בין משפטים או רעיונות ועוזרות להבין את הקשר ביניהם - האם מדובר בסיבה, בתוצאה, בניגוד, בתוספת או בתנאי.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מהי מילת הקישור?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למרות שהיה ביישן, הוא הסכים לשחק - מילת הקישור למרות ש מבטאת כאן: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לכן החלטנו להזמין אותו לשחק - המילה לכן מראה: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לסיכום משמש בדרך כלל בתחילת 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 היא מילת קישור שמסבירה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ירד גשם חזק, __________ המשחק נדחה.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איחר __________ האוטובוס התעכב.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מילת קישור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למרות ש /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הפסקה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הדרך הייתה קשה.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לקחנו הרבה מים.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היה יום חם.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רצינו לטייל.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חיבור הפסקה בעזרת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שכתבו מחדש את הפסקה הקטועה והוסיפו לפחות שלוש מילות קישור שונות (כגון לכן, בנוסף, למרות ש, לבסוף) כדי לחבר בין המשפטים.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מילת קישור שמביעה סיבה לבין מילת קישור שמביעה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