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נפוצות ואת התפקיד שהן ממלאות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משפטים (סיבה, תוצאה, ניגוד, תוספת,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ולתקן משפטים בעזרת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מהי מילת הקישור?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מידע חדש הקשור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לסיכום מופיע בדרך כלל בסוף כדי לסכם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מראה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מראות סתירה או הבדל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אם מביעה תנאי, כלומר אפשרות שתלויה במשהו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קישור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הפסקה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היה יום 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רצינו לטייל.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לקחנו הרבה 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הדרך הייתה 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ויתרנו.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הגענו לראש ההר, והנוף היה מדהים.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חיבור הפסקה בעזרת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תיבדק לפי: שימוש נכון בלפחות שלוש מילות קישור שונות, שמירה על רצף הגיוני של הסיפור, ושפה ברורה ותקינה.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מסבירה למה קרה דבר מה (כי), תוצאה מראה מה קרה בעקבותיו (לכן)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מקובלות: אבל, למרות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מילות קישור עוזרות לקורא להבין את הקשר בין הרעיונות ולהפוך את הטקסט לברור וקולח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קטע הכיתה ולסמן יחד את מילות הקישור שמופיעות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להצדיק את הבחירה שלהם בכל תרגיל השלמה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מהתלמידים להקריא את הפסקה המתוקנת ולבדוק יחד אם הקשרים ברורים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קישור הן מילים שמחברות בין משפטים או רעיונות ועוזרות להבין את הקשר ביניהם - האם מדובר בסיבה, בתוצאה, בניגוד, בתוספת או בתנאי.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מהי מילת הקישור?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למרות שהיה ביישן, הוא הסכים לשחק - מילת הקישור למרות ש מבטאת כאן: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לכן החלטנו להזמין אותו לשחק - המילה לכן מראה: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בנוסף, גילינו שהוא שחקן כדורגל מצוין - מילת הקישור בנוסף מוסיפה: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מידע חדש הקשור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לרעיון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 של המשפט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נמשיך לשתף אותו, הוא ירגיש חלק מהכיתה - המילה אם פותחת: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לסיכום משמש בדרך כלל בתחילת 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 היא מילת קישור שמסבירה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למרות ש ואבל מביעות את אותו סוג קשר -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אם תמיד מביעה תוצאה ודאית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ירד גשם חזק, __________ המשחק נדחה.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הייתי חולה, רציתי לבוא למסיבה.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איחר __________ האוטובוס התעכב.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ירד שלג, נישאר בבית.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מילת קישור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למרות ש /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הפסקה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ויתרנו.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הגענו לראש ההר, והנוף היה מדהים.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הייתה קשה.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 יום חם.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רצינו לטייל.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לקחנו הרבה מים.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חיבור הפסקה בעזרת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שכתבו מחדש את הפסקה הקטועה והוסיפו לפחות שלוש מילות קישור שונות (כגון לכן, בנוסף, למרות ש, לבסוף) כדי לחבר בין המשפטים.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קישור שמביעה סיבה לבין מילת קישור שמביעה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להשתמש במילות קישור בכתיבה?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